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Date</w:t>
      </w:r>
    </w:p>
    <w:p>
      <w:r>
        <w:t>Recipient name</w:t>
        <w:br/>
        <w:t>Company</w:t>
        <w:br/>
        <w:t>Street address</w:t>
        <w:br/>
        <w:t>City, postal code</w:t>
      </w:r>
    </w:p>
    <w:p>
      <w:r>
        <w:t>Dear [Name],</w:t>
      </w:r>
    </w:p>
    <w:p>
      <w:r>
        <w:t>Body text in Arial 10.5 pt, left aligned, single line spacing with 6 pt after each paragraph. Keep letters to one page where possible.</w:t>
      </w:r>
    </w:p>
    <w:p>
      <w:r>
        <w:t>Kind regards,</w:t>
        <w:br/>
        <w:br/>
        <w:t>[Name]</w:t>
        <w:br/>
        <w:t>[Title]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160" w:right="1296" w:bottom="144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color w:val="5B6770"/>
        <w:sz w:val="15"/>
      </w:rPr>
      <w:t>RPGMotor Works GmbH  |  Motorenstraße 12, 70565 Stuttgart, Germany  |  +49 711 555 0100  |  www.rpgmotor-works.com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3110706" cy="42062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erospace-and-defens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10706" cy="420624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