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Date</w:t>
      </w:r>
    </w:p>
    <w:p>
      <w:r>
        <w:t>Recipient name</w:t>
        <w:br/>
        <w:t>Company</w:t>
        <w:br/>
        <w:t>Street address</w:t>
        <w:br/>
        <w:t>City, postal code</w:t>
      </w:r>
    </w:p>
    <w:p>
      <w:r>
        <w:t>Dear [Name],</w:t>
      </w:r>
    </w:p>
    <w:p>
      <w:r>
        <w:t>Body text in Arial 10.5 pt, left aligned, single line spacing with 6 pt after each paragraph. Keep letters to one page where possible.</w:t>
      </w:r>
    </w:p>
    <w:p>
      <w:r>
        <w:t>Kind regards,</w:t>
        <w:br/>
        <w:br/>
        <w:t>[Name]</w:t>
        <w:br/>
        <w:t>[Title]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216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5B6770"/>
        <w:sz w:val="15"/>
      </w:rPr>
      <w:t>RPGMotor Works USA Inc.  |  88 Drive Systems Parkway, Greenville, SC 29607, USA  |  +1 (864) 555-0118  |  www.rpgmotor-works.com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862155" cy="42062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ndustrial-driv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62155" cy="42062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