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>
        <w:t>Recipient name</w:t>
        <w:br/>
        <w:t>Company</w:t>
        <w:br/>
        <w:t>Street address</w:t>
        <w:br/>
        <w:t>City, postal code</w:t>
      </w:r>
    </w:p>
    <w:p>
      <w:r>
        <w:t>Dear [Name],</w:t>
      </w:r>
    </w:p>
    <w:p>
      <w:r>
        <w:t>Body text in Arial 10.5 pt, left aligned, single line spacing with 6 pt after each paragraph. Keep letters to one page where possible.</w:t>
      </w:r>
    </w:p>
    <w:p>
      <w:r>
        <w:t>Kind regards,</w:t>
        <w:br/>
        <w:br/>
        <w:t>[Name]</w:t>
        <w:br/>
        <w:t>[Title]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16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B6770"/>
        <w:sz w:val="15"/>
      </w:rPr>
      <w:t>RPGMotor Works USA Inc.  |  2200 Mobility Drive, Detroit, MI 48226, USA  |  +1 (313) 555-0122  |  www.rpgmotor-works.com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70210" cy="4206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obilit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210" cy="4206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